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7962E" w14:textId="2C187190" w:rsidR="00052ECD" w:rsidRDefault="004C1B59">
      <w:pPr>
        <w:pStyle w:val="Heading1"/>
      </w:pPr>
      <w:r>
        <w:t xml:space="preserve">280K </w:t>
      </w:r>
      <w:r w:rsidR="00000000">
        <w:t>Property Improvement Summary</w:t>
      </w:r>
    </w:p>
    <w:p w14:paraId="03394D0A" w14:textId="4BC9EAD8" w:rsidR="00052ECD" w:rsidRDefault="004C1B59">
      <w:pPr>
        <w:pStyle w:val="Heading2"/>
      </w:pPr>
      <w:r>
        <w:t>Exterior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52ECD" w14:paraId="776595F6" w14:textId="77777777">
        <w:tc>
          <w:tcPr>
            <w:tcW w:w="4320" w:type="dxa"/>
          </w:tcPr>
          <w:p w14:paraId="484D2271" w14:textId="77777777" w:rsidR="00052ECD" w:rsidRDefault="00000000">
            <w:r>
              <w:t>Item</w:t>
            </w:r>
          </w:p>
        </w:tc>
        <w:tc>
          <w:tcPr>
            <w:tcW w:w="4320" w:type="dxa"/>
          </w:tcPr>
          <w:p w14:paraId="522F3087" w14:textId="64EBFAEF" w:rsidR="00052ECD" w:rsidRDefault="00052ECD"/>
        </w:tc>
      </w:tr>
      <w:tr w:rsidR="00052ECD" w14:paraId="0936D240" w14:textId="77777777">
        <w:tc>
          <w:tcPr>
            <w:tcW w:w="4320" w:type="dxa"/>
          </w:tcPr>
          <w:p w14:paraId="0F37064A" w14:textId="77777777" w:rsidR="00052ECD" w:rsidRDefault="00000000">
            <w:r>
              <w:t>Fencing/Gates</w:t>
            </w:r>
          </w:p>
        </w:tc>
        <w:tc>
          <w:tcPr>
            <w:tcW w:w="4320" w:type="dxa"/>
          </w:tcPr>
          <w:p w14:paraId="4CF90B64" w14:textId="54A874F4" w:rsidR="00052ECD" w:rsidRDefault="00052ECD"/>
        </w:tc>
      </w:tr>
      <w:tr w:rsidR="00052ECD" w14:paraId="1099C589" w14:textId="77777777">
        <w:tc>
          <w:tcPr>
            <w:tcW w:w="4320" w:type="dxa"/>
          </w:tcPr>
          <w:p w14:paraId="172C8957" w14:textId="20DEC109" w:rsidR="00052ECD" w:rsidRDefault="00000000">
            <w:r>
              <w:t xml:space="preserve">Paint </w:t>
            </w:r>
          </w:p>
        </w:tc>
        <w:tc>
          <w:tcPr>
            <w:tcW w:w="4320" w:type="dxa"/>
          </w:tcPr>
          <w:p w14:paraId="229D88E7" w14:textId="40C975FB" w:rsidR="00052ECD" w:rsidRDefault="00052ECD"/>
        </w:tc>
      </w:tr>
      <w:tr w:rsidR="00052ECD" w14:paraId="628E837E" w14:textId="77777777">
        <w:tc>
          <w:tcPr>
            <w:tcW w:w="4320" w:type="dxa"/>
          </w:tcPr>
          <w:p w14:paraId="763BD469" w14:textId="111666B7" w:rsidR="00052ECD" w:rsidRDefault="004C1B59">
            <w:r>
              <w:t>Landscape</w:t>
            </w:r>
          </w:p>
        </w:tc>
        <w:tc>
          <w:tcPr>
            <w:tcW w:w="4320" w:type="dxa"/>
          </w:tcPr>
          <w:p w14:paraId="7050B076" w14:textId="0BC001C4" w:rsidR="00052ECD" w:rsidRDefault="00052ECD"/>
        </w:tc>
      </w:tr>
      <w:tr w:rsidR="00052ECD" w14:paraId="53A58639" w14:textId="77777777">
        <w:tc>
          <w:tcPr>
            <w:tcW w:w="4320" w:type="dxa"/>
          </w:tcPr>
          <w:p w14:paraId="105776E2" w14:textId="77777777" w:rsidR="00052ECD" w:rsidRDefault="00000000">
            <w:r>
              <w:t>Dog Pen/shed</w:t>
            </w:r>
          </w:p>
        </w:tc>
        <w:tc>
          <w:tcPr>
            <w:tcW w:w="4320" w:type="dxa"/>
          </w:tcPr>
          <w:p w14:paraId="0678641E" w14:textId="60107F0A" w:rsidR="00052ECD" w:rsidRDefault="00052ECD"/>
        </w:tc>
      </w:tr>
      <w:tr w:rsidR="00052ECD" w14:paraId="03EB3B13" w14:textId="77777777">
        <w:tc>
          <w:tcPr>
            <w:tcW w:w="4320" w:type="dxa"/>
          </w:tcPr>
          <w:p w14:paraId="101B22CF" w14:textId="77777777" w:rsidR="00052ECD" w:rsidRDefault="00000000">
            <w:r>
              <w:t>Lights (outside)</w:t>
            </w:r>
          </w:p>
        </w:tc>
        <w:tc>
          <w:tcPr>
            <w:tcW w:w="4320" w:type="dxa"/>
          </w:tcPr>
          <w:p w14:paraId="7C131A77" w14:textId="73E67D5E" w:rsidR="00052ECD" w:rsidRDefault="00052ECD"/>
        </w:tc>
      </w:tr>
      <w:tr w:rsidR="00052ECD" w14:paraId="2DE1A750" w14:textId="77777777">
        <w:tc>
          <w:tcPr>
            <w:tcW w:w="4320" w:type="dxa"/>
          </w:tcPr>
          <w:p w14:paraId="7245F455" w14:textId="77777777" w:rsidR="00052ECD" w:rsidRDefault="00000000">
            <w:r>
              <w:t>Yoga Deck</w:t>
            </w:r>
          </w:p>
        </w:tc>
        <w:tc>
          <w:tcPr>
            <w:tcW w:w="4320" w:type="dxa"/>
          </w:tcPr>
          <w:p w14:paraId="00BB5612" w14:textId="66459390" w:rsidR="00052ECD" w:rsidRDefault="00052ECD"/>
        </w:tc>
      </w:tr>
      <w:tr w:rsidR="00052ECD" w14:paraId="75DB94C8" w14:textId="77777777">
        <w:tc>
          <w:tcPr>
            <w:tcW w:w="4320" w:type="dxa"/>
          </w:tcPr>
          <w:p w14:paraId="44DC7970" w14:textId="77777777" w:rsidR="00052ECD" w:rsidRDefault="00000000">
            <w:r>
              <w:t>Yoga Studio</w:t>
            </w:r>
          </w:p>
        </w:tc>
        <w:tc>
          <w:tcPr>
            <w:tcW w:w="4320" w:type="dxa"/>
          </w:tcPr>
          <w:p w14:paraId="592B86B4" w14:textId="163AF479" w:rsidR="00052ECD" w:rsidRDefault="00052ECD"/>
        </w:tc>
      </w:tr>
      <w:tr w:rsidR="00052ECD" w14:paraId="44DE7E8C" w14:textId="77777777">
        <w:tc>
          <w:tcPr>
            <w:tcW w:w="4320" w:type="dxa"/>
          </w:tcPr>
          <w:p w14:paraId="03E7C45B" w14:textId="77777777" w:rsidR="00052ECD" w:rsidRDefault="00000000">
            <w:r>
              <w:t>ToughShed + Electrical</w:t>
            </w:r>
          </w:p>
        </w:tc>
        <w:tc>
          <w:tcPr>
            <w:tcW w:w="4320" w:type="dxa"/>
          </w:tcPr>
          <w:p w14:paraId="6D6488BC" w14:textId="6EC194C7" w:rsidR="00052ECD" w:rsidRDefault="00052ECD"/>
        </w:tc>
      </w:tr>
      <w:tr w:rsidR="00052ECD" w14:paraId="31B256B1" w14:textId="77777777">
        <w:tc>
          <w:tcPr>
            <w:tcW w:w="4320" w:type="dxa"/>
          </w:tcPr>
          <w:p w14:paraId="26A98A11" w14:textId="77777777" w:rsidR="00052ECD" w:rsidRDefault="00000000">
            <w:r>
              <w:t>BBQ/Gas line</w:t>
            </w:r>
          </w:p>
        </w:tc>
        <w:tc>
          <w:tcPr>
            <w:tcW w:w="4320" w:type="dxa"/>
          </w:tcPr>
          <w:p w14:paraId="51227369" w14:textId="137599CC" w:rsidR="00052ECD" w:rsidRDefault="00052ECD"/>
        </w:tc>
      </w:tr>
      <w:tr w:rsidR="00052ECD" w14:paraId="05F79B7E" w14:textId="77777777">
        <w:tc>
          <w:tcPr>
            <w:tcW w:w="4320" w:type="dxa"/>
          </w:tcPr>
          <w:p w14:paraId="21B48C16" w14:textId="77777777" w:rsidR="00052ECD" w:rsidRDefault="00000000">
            <w:r>
              <w:t>Pool pumps, Heater, LED lights</w:t>
            </w:r>
          </w:p>
        </w:tc>
        <w:tc>
          <w:tcPr>
            <w:tcW w:w="4320" w:type="dxa"/>
          </w:tcPr>
          <w:p w14:paraId="266EDBEB" w14:textId="25218CA7" w:rsidR="00052ECD" w:rsidRDefault="00052ECD"/>
        </w:tc>
      </w:tr>
      <w:tr w:rsidR="00052ECD" w14:paraId="2DE7CFE2" w14:textId="77777777">
        <w:tc>
          <w:tcPr>
            <w:tcW w:w="4320" w:type="dxa"/>
          </w:tcPr>
          <w:p w14:paraId="0714F171" w14:textId="77777777" w:rsidR="00052ECD" w:rsidRDefault="00000000">
            <w:r>
              <w:t>Palapa</w:t>
            </w:r>
          </w:p>
        </w:tc>
        <w:tc>
          <w:tcPr>
            <w:tcW w:w="4320" w:type="dxa"/>
          </w:tcPr>
          <w:p w14:paraId="497F2629" w14:textId="131D96E5" w:rsidR="00052ECD" w:rsidRDefault="00052ECD"/>
        </w:tc>
      </w:tr>
      <w:tr w:rsidR="00052ECD" w14:paraId="6D2043C9" w14:textId="77777777">
        <w:tc>
          <w:tcPr>
            <w:tcW w:w="4320" w:type="dxa"/>
          </w:tcPr>
          <w:p w14:paraId="311ED48A" w14:textId="77777777" w:rsidR="00052ECD" w:rsidRDefault="00000000">
            <w:r>
              <w:t>Pool Tile</w:t>
            </w:r>
          </w:p>
        </w:tc>
        <w:tc>
          <w:tcPr>
            <w:tcW w:w="4320" w:type="dxa"/>
          </w:tcPr>
          <w:p w14:paraId="06CC77E5" w14:textId="3D43E3D5" w:rsidR="00052ECD" w:rsidRDefault="00052ECD"/>
        </w:tc>
      </w:tr>
      <w:tr w:rsidR="00052ECD" w14:paraId="5CE52CF6" w14:textId="77777777">
        <w:tc>
          <w:tcPr>
            <w:tcW w:w="4320" w:type="dxa"/>
          </w:tcPr>
          <w:p w14:paraId="09D56DAF" w14:textId="77777777" w:rsidR="00052ECD" w:rsidRDefault="00000000">
            <w:r>
              <w:t>Gazebo Tile/Gas</w:t>
            </w:r>
          </w:p>
        </w:tc>
        <w:tc>
          <w:tcPr>
            <w:tcW w:w="4320" w:type="dxa"/>
          </w:tcPr>
          <w:p w14:paraId="5BDD8932" w14:textId="7088346C" w:rsidR="00052ECD" w:rsidRDefault="00052ECD"/>
        </w:tc>
      </w:tr>
      <w:tr w:rsidR="00052ECD" w14:paraId="57A14FCF" w14:textId="77777777">
        <w:tc>
          <w:tcPr>
            <w:tcW w:w="4320" w:type="dxa"/>
          </w:tcPr>
          <w:p w14:paraId="5EFAC57D" w14:textId="77777777" w:rsidR="00052ECD" w:rsidRDefault="00000000">
            <w:r>
              <w:t>Septic extension/rock</w:t>
            </w:r>
          </w:p>
        </w:tc>
        <w:tc>
          <w:tcPr>
            <w:tcW w:w="4320" w:type="dxa"/>
          </w:tcPr>
          <w:p w14:paraId="55772A5F" w14:textId="34500F77" w:rsidR="00052ECD" w:rsidRDefault="00052ECD"/>
        </w:tc>
      </w:tr>
      <w:tr w:rsidR="00052ECD" w14:paraId="2B8C8E3F" w14:textId="77777777">
        <w:tc>
          <w:tcPr>
            <w:tcW w:w="4320" w:type="dxa"/>
          </w:tcPr>
          <w:p w14:paraId="627F951C" w14:textId="77777777" w:rsidR="00052ECD" w:rsidRDefault="00000000">
            <w:r>
              <w:t>Air Conditioners (3)</w:t>
            </w:r>
          </w:p>
        </w:tc>
        <w:tc>
          <w:tcPr>
            <w:tcW w:w="4320" w:type="dxa"/>
          </w:tcPr>
          <w:p w14:paraId="53883600" w14:textId="6309939B" w:rsidR="00052ECD" w:rsidRDefault="00052ECD"/>
        </w:tc>
      </w:tr>
      <w:tr w:rsidR="00052ECD" w14:paraId="21E2376E" w14:textId="77777777">
        <w:tc>
          <w:tcPr>
            <w:tcW w:w="4320" w:type="dxa"/>
          </w:tcPr>
          <w:p w14:paraId="4A39BE1C" w14:textId="77777777" w:rsidR="00052ECD" w:rsidRDefault="00000000">
            <w:r>
              <w:t>Anderson Windows</w:t>
            </w:r>
          </w:p>
        </w:tc>
        <w:tc>
          <w:tcPr>
            <w:tcW w:w="4320" w:type="dxa"/>
          </w:tcPr>
          <w:p w14:paraId="243F0CFE" w14:textId="5439A694" w:rsidR="00052ECD" w:rsidRDefault="00052ECD"/>
        </w:tc>
      </w:tr>
      <w:tr w:rsidR="00052ECD" w14:paraId="65D8DA7F" w14:textId="77777777">
        <w:tc>
          <w:tcPr>
            <w:tcW w:w="4320" w:type="dxa"/>
          </w:tcPr>
          <w:p w14:paraId="7E75318D" w14:textId="77777777" w:rsidR="00052ECD" w:rsidRDefault="00000000">
            <w:r>
              <w:t>Milgard sliders/windows</w:t>
            </w:r>
          </w:p>
        </w:tc>
        <w:tc>
          <w:tcPr>
            <w:tcW w:w="4320" w:type="dxa"/>
          </w:tcPr>
          <w:p w14:paraId="70FAF012" w14:textId="35543176" w:rsidR="00052ECD" w:rsidRDefault="00052ECD"/>
        </w:tc>
      </w:tr>
      <w:tr w:rsidR="00052ECD" w14:paraId="12A40CE7" w14:textId="77777777">
        <w:tc>
          <w:tcPr>
            <w:tcW w:w="4320" w:type="dxa"/>
          </w:tcPr>
          <w:p w14:paraId="4B4332FF" w14:textId="77777777" w:rsidR="00052ECD" w:rsidRDefault="00000000">
            <w:r>
              <w:t>Backflow gate valve</w:t>
            </w:r>
          </w:p>
        </w:tc>
        <w:tc>
          <w:tcPr>
            <w:tcW w:w="4320" w:type="dxa"/>
          </w:tcPr>
          <w:p w14:paraId="6C0839F3" w14:textId="79FA54E1" w:rsidR="00052ECD" w:rsidRDefault="00052ECD"/>
        </w:tc>
      </w:tr>
      <w:tr w:rsidR="00052ECD" w14:paraId="5EB3A89B" w14:textId="77777777">
        <w:tc>
          <w:tcPr>
            <w:tcW w:w="4320" w:type="dxa"/>
          </w:tcPr>
          <w:p w14:paraId="3A8FA381" w14:textId="77777777" w:rsidR="00052ECD" w:rsidRDefault="00000000">
            <w:r>
              <w:t>Water Pressure Regulators (2)</w:t>
            </w:r>
          </w:p>
        </w:tc>
        <w:tc>
          <w:tcPr>
            <w:tcW w:w="4320" w:type="dxa"/>
          </w:tcPr>
          <w:p w14:paraId="33805E6F" w14:textId="139733DA" w:rsidR="00052ECD" w:rsidRDefault="00052ECD"/>
        </w:tc>
      </w:tr>
      <w:tr w:rsidR="00052ECD" w14:paraId="42A127DC" w14:textId="77777777">
        <w:tc>
          <w:tcPr>
            <w:tcW w:w="4320" w:type="dxa"/>
          </w:tcPr>
          <w:p w14:paraId="21FF2053" w14:textId="77777777" w:rsidR="00052ECD" w:rsidRDefault="00000000">
            <w:r>
              <w:t>Pool Equip Fence</w:t>
            </w:r>
          </w:p>
          <w:p w14:paraId="2D582BCF" w14:textId="4B063238" w:rsidR="004C1B59" w:rsidRPr="004C1B59" w:rsidRDefault="004C1B59">
            <w:pPr>
              <w:rPr>
                <w:b/>
                <w:bCs/>
                <w:u w:val="single"/>
              </w:rPr>
            </w:pPr>
            <w:r w:rsidRPr="004C1B59">
              <w:rPr>
                <w:b/>
                <w:bCs/>
                <w:u w:val="single"/>
              </w:rPr>
              <w:t>Exterior Total $209K</w:t>
            </w:r>
          </w:p>
        </w:tc>
        <w:tc>
          <w:tcPr>
            <w:tcW w:w="4320" w:type="dxa"/>
          </w:tcPr>
          <w:p w14:paraId="2A957473" w14:textId="1CAD434D" w:rsidR="00052ECD" w:rsidRDefault="00052ECD"/>
        </w:tc>
      </w:tr>
    </w:tbl>
    <w:p w14:paraId="3B82F2B9" w14:textId="2176B805" w:rsidR="00052ECD" w:rsidRDefault="00052ECD"/>
    <w:p w14:paraId="29A667D8" w14:textId="25E72766" w:rsidR="00052ECD" w:rsidRDefault="00000000">
      <w:pPr>
        <w:pStyle w:val="Heading2"/>
      </w:pPr>
      <w:r>
        <w:lastRenderedPageBreak/>
        <w:t>In</w:t>
      </w:r>
      <w:r w:rsidR="004C1B59">
        <w:t>terior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52ECD" w14:paraId="33A66374" w14:textId="77777777">
        <w:tc>
          <w:tcPr>
            <w:tcW w:w="4320" w:type="dxa"/>
          </w:tcPr>
          <w:p w14:paraId="6FEA8BA1" w14:textId="77777777" w:rsidR="00052ECD" w:rsidRDefault="00000000">
            <w:r>
              <w:t>Item</w:t>
            </w:r>
          </w:p>
        </w:tc>
        <w:tc>
          <w:tcPr>
            <w:tcW w:w="4320" w:type="dxa"/>
          </w:tcPr>
          <w:p w14:paraId="13FB883E" w14:textId="6785BACA" w:rsidR="00052ECD" w:rsidRDefault="00052ECD"/>
        </w:tc>
      </w:tr>
      <w:tr w:rsidR="00052ECD" w14:paraId="79FA92B4" w14:textId="77777777">
        <w:tc>
          <w:tcPr>
            <w:tcW w:w="4320" w:type="dxa"/>
          </w:tcPr>
          <w:p w14:paraId="11422412" w14:textId="77777777" w:rsidR="00052ECD" w:rsidRDefault="00000000">
            <w:r>
              <w:t>Carpet house + Casita</w:t>
            </w:r>
          </w:p>
        </w:tc>
        <w:tc>
          <w:tcPr>
            <w:tcW w:w="4320" w:type="dxa"/>
          </w:tcPr>
          <w:p w14:paraId="316E9298" w14:textId="2E4DA875" w:rsidR="00052ECD" w:rsidRDefault="00052ECD"/>
        </w:tc>
      </w:tr>
      <w:tr w:rsidR="00052ECD" w14:paraId="0F3458DE" w14:textId="77777777">
        <w:tc>
          <w:tcPr>
            <w:tcW w:w="4320" w:type="dxa"/>
          </w:tcPr>
          <w:p w14:paraId="1CDAFA28" w14:textId="77777777" w:rsidR="00052ECD" w:rsidRDefault="00000000">
            <w:r>
              <w:t>Toilets (5)</w:t>
            </w:r>
          </w:p>
        </w:tc>
        <w:tc>
          <w:tcPr>
            <w:tcW w:w="4320" w:type="dxa"/>
          </w:tcPr>
          <w:p w14:paraId="17BB8043" w14:textId="7A844077" w:rsidR="00052ECD" w:rsidRDefault="00052ECD"/>
        </w:tc>
      </w:tr>
      <w:tr w:rsidR="00052ECD" w14:paraId="585DD1E1" w14:textId="77777777">
        <w:tc>
          <w:tcPr>
            <w:tcW w:w="4320" w:type="dxa"/>
          </w:tcPr>
          <w:p w14:paraId="6641FDE9" w14:textId="77777777" w:rsidR="00052ECD" w:rsidRDefault="00000000">
            <w:r>
              <w:t>Faucets</w:t>
            </w:r>
          </w:p>
        </w:tc>
        <w:tc>
          <w:tcPr>
            <w:tcW w:w="4320" w:type="dxa"/>
          </w:tcPr>
          <w:p w14:paraId="0CB6B581" w14:textId="3EAA15CF" w:rsidR="00052ECD" w:rsidRDefault="00052ECD"/>
        </w:tc>
      </w:tr>
      <w:tr w:rsidR="00052ECD" w14:paraId="53FED96A" w14:textId="77777777">
        <w:tc>
          <w:tcPr>
            <w:tcW w:w="4320" w:type="dxa"/>
          </w:tcPr>
          <w:p w14:paraId="22499189" w14:textId="77777777" w:rsidR="00052ECD" w:rsidRDefault="00000000">
            <w:r>
              <w:t>Lights (inside)</w:t>
            </w:r>
          </w:p>
        </w:tc>
        <w:tc>
          <w:tcPr>
            <w:tcW w:w="4320" w:type="dxa"/>
          </w:tcPr>
          <w:p w14:paraId="7B6104B7" w14:textId="1E1381FD" w:rsidR="00052ECD" w:rsidRDefault="00052ECD"/>
        </w:tc>
      </w:tr>
      <w:tr w:rsidR="00052ECD" w14:paraId="3E02F35A" w14:textId="77777777">
        <w:tc>
          <w:tcPr>
            <w:tcW w:w="4320" w:type="dxa"/>
          </w:tcPr>
          <w:p w14:paraId="72E797CA" w14:textId="77777777" w:rsidR="00052ECD" w:rsidRDefault="00000000">
            <w:r>
              <w:t>Water Heater</w:t>
            </w:r>
          </w:p>
        </w:tc>
        <w:tc>
          <w:tcPr>
            <w:tcW w:w="4320" w:type="dxa"/>
          </w:tcPr>
          <w:p w14:paraId="39B709E2" w14:textId="6D6E8DF1" w:rsidR="00052ECD" w:rsidRDefault="00052ECD"/>
        </w:tc>
      </w:tr>
      <w:tr w:rsidR="00052ECD" w14:paraId="02535A5B" w14:textId="77777777">
        <w:tc>
          <w:tcPr>
            <w:tcW w:w="4320" w:type="dxa"/>
          </w:tcPr>
          <w:p w14:paraId="123E8BC8" w14:textId="77777777" w:rsidR="00052ECD" w:rsidRDefault="00000000">
            <w:r>
              <w:t>Kitchen Appliances</w:t>
            </w:r>
          </w:p>
        </w:tc>
        <w:tc>
          <w:tcPr>
            <w:tcW w:w="4320" w:type="dxa"/>
          </w:tcPr>
          <w:p w14:paraId="04852118" w14:textId="7E94B124" w:rsidR="00052ECD" w:rsidRDefault="00052ECD"/>
        </w:tc>
      </w:tr>
      <w:tr w:rsidR="00052ECD" w14:paraId="12768F04" w14:textId="77777777">
        <w:tc>
          <w:tcPr>
            <w:tcW w:w="4320" w:type="dxa"/>
          </w:tcPr>
          <w:p w14:paraId="52BE1738" w14:textId="77777777" w:rsidR="00052ECD" w:rsidRDefault="00000000">
            <w:r>
              <w:t>Casita Appliances</w:t>
            </w:r>
          </w:p>
        </w:tc>
        <w:tc>
          <w:tcPr>
            <w:tcW w:w="4320" w:type="dxa"/>
          </w:tcPr>
          <w:p w14:paraId="618DA818" w14:textId="295C9C54" w:rsidR="00052ECD" w:rsidRDefault="00052ECD"/>
        </w:tc>
      </w:tr>
      <w:tr w:rsidR="00052ECD" w14:paraId="7E7BDFBF" w14:textId="77777777">
        <w:tc>
          <w:tcPr>
            <w:tcW w:w="4320" w:type="dxa"/>
          </w:tcPr>
          <w:p w14:paraId="69594E50" w14:textId="77777777" w:rsidR="00052ECD" w:rsidRDefault="00000000">
            <w:r>
              <w:t>Fireplace logs (3), glass</w:t>
            </w:r>
          </w:p>
        </w:tc>
        <w:tc>
          <w:tcPr>
            <w:tcW w:w="4320" w:type="dxa"/>
          </w:tcPr>
          <w:p w14:paraId="221E464E" w14:textId="60E60BB8" w:rsidR="00052ECD" w:rsidRDefault="00052ECD"/>
        </w:tc>
      </w:tr>
      <w:tr w:rsidR="00052ECD" w14:paraId="1E651A74" w14:textId="77777777">
        <w:tc>
          <w:tcPr>
            <w:tcW w:w="4320" w:type="dxa"/>
          </w:tcPr>
          <w:p w14:paraId="7143922D" w14:textId="77777777" w:rsidR="00052ECD" w:rsidRDefault="00000000">
            <w:r>
              <w:t>Ceiling Fans (6)</w:t>
            </w:r>
          </w:p>
        </w:tc>
        <w:tc>
          <w:tcPr>
            <w:tcW w:w="4320" w:type="dxa"/>
          </w:tcPr>
          <w:p w14:paraId="484BC8D9" w14:textId="745C7D70" w:rsidR="00052ECD" w:rsidRDefault="00052ECD"/>
        </w:tc>
      </w:tr>
      <w:tr w:rsidR="00052ECD" w14:paraId="51D3727D" w14:textId="77777777">
        <w:tc>
          <w:tcPr>
            <w:tcW w:w="4320" w:type="dxa"/>
          </w:tcPr>
          <w:p w14:paraId="27B4A404" w14:textId="77777777" w:rsidR="00052ECD" w:rsidRDefault="00000000">
            <w:r>
              <w:t>Thermostats (3)</w:t>
            </w:r>
          </w:p>
        </w:tc>
        <w:tc>
          <w:tcPr>
            <w:tcW w:w="4320" w:type="dxa"/>
          </w:tcPr>
          <w:p w14:paraId="5804F90E" w14:textId="53022DF2" w:rsidR="00052ECD" w:rsidRDefault="00052ECD"/>
        </w:tc>
      </w:tr>
    </w:tbl>
    <w:p w14:paraId="37DC0E89" w14:textId="6F18A3F1" w:rsidR="00052ECD" w:rsidRPr="004C1B59" w:rsidRDefault="00000000">
      <w:pPr>
        <w:rPr>
          <w:b/>
          <w:bCs/>
          <w:u w:val="single"/>
        </w:rPr>
      </w:pPr>
      <w:r w:rsidRPr="004C1B59">
        <w:rPr>
          <w:b/>
          <w:bCs/>
          <w:u w:val="single"/>
        </w:rPr>
        <w:t>In</w:t>
      </w:r>
      <w:r w:rsidR="004C1B59" w:rsidRPr="004C1B59">
        <w:rPr>
          <w:b/>
          <w:bCs/>
          <w:u w:val="single"/>
        </w:rPr>
        <w:t>terior</w:t>
      </w:r>
      <w:r w:rsidRPr="004C1B59">
        <w:rPr>
          <w:b/>
          <w:bCs/>
          <w:u w:val="single"/>
        </w:rPr>
        <w:t xml:space="preserve"> Total: 7</w:t>
      </w:r>
      <w:r w:rsidR="004C1B59" w:rsidRPr="004C1B59">
        <w:rPr>
          <w:b/>
          <w:bCs/>
          <w:u w:val="single"/>
        </w:rPr>
        <w:t>2K</w:t>
      </w:r>
    </w:p>
    <w:p w14:paraId="2DDE97D2" w14:textId="1F5638F6" w:rsidR="00052ECD" w:rsidRDefault="00052ECD"/>
    <w:sectPr w:rsidR="00052EC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6186697">
    <w:abstractNumId w:val="8"/>
  </w:num>
  <w:num w:numId="2" w16cid:durableId="1980070208">
    <w:abstractNumId w:val="6"/>
  </w:num>
  <w:num w:numId="3" w16cid:durableId="826552225">
    <w:abstractNumId w:val="5"/>
  </w:num>
  <w:num w:numId="4" w16cid:durableId="1106920139">
    <w:abstractNumId w:val="4"/>
  </w:num>
  <w:num w:numId="5" w16cid:durableId="1227375620">
    <w:abstractNumId w:val="7"/>
  </w:num>
  <w:num w:numId="6" w16cid:durableId="635449008">
    <w:abstractNumId w:val="3"/>
  </w:num>
  <w:num w:numId="7" w16cid:durableId="269123478">
    <w:abstractNumId w:val="2"/>
  </w:num>
  <w:num w:numId="8" w16cid:durableId="1347487191">
    <w:abstractNumId w:val="1"/>
  </w:num>
  <w:num w:numId="9" w16cid:durableId="520434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ECD"/>
    <w:rsid w:val="0006063C"/>
    <w:rsid w:val="0015074B"/>
    <w:rsid w:val="0029639D"/>
    <w:rsid w:val="00326F90"/>
    <w:rsid w:val="004C1B59"/>
    <w:rsid w:val="00A8780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7C1502"/>
  <w14:defaultImageDpi w14:val="300"/>
  <w15:docId w15:val="{54D71849-46CA-3A41-AC06-F032DEF73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111</Words>
  <Characters>559</Characters>
  <Application>Microsoft Office Word</Application>
  <DocSecurity>0</DocSecurity>
  <Lines>69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Bryan Auer</cp:lastModifiedBy>
  <cp:revision>2</cp:revision>
  <dcterms:created xsi:type="dcterms:W3CDTF">2013-12-23T23:15:00Z</dcterms:created>
  <dcterms:modified xsi:type="dcterms:W3CDTF">2026-06-01T17:19:00Z</dcterms:modified>
  <cp:category/>
</cp:coreProperties>
</file>