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43F5" w14:textId="62DC1113" w:rsidR="007721DD" w:rsidRPr="00D95CA3" w:rsidRDefault="00D95CA3" w:rsidP="00D95CA3">
      <w:pPr>
        <w:jc w:val="center"/>
        <w:rPr>
          <w:sz w:val="28"/>
          <w:szCs w:val="28"/>
        </w:rPr>
      </w:pPr>
      <w:r w:rsidRPr="00D95CA3">
        <w:rPr>
          <w:b/>
          <w:sz w:val="28"/>
          <w:szCs w:val="28"/>
        </w:rPr>
        <w:t>Comprehensive Professional Renovation Summary</w:t>
      </w:r>
    </w:p>
    <w:p w14:paraId="6803A90D" w14:textId="77777777" w:rsidR="007721DD" w:rsidRDefault="00D95CA3">
      <w:pPr>
        <w:pStyle w:val="Heading2"/>
      </w:pPr>
      <w:r>
        <w:t>Major Improvements at a Glance</w:t>
      </w:r>
    </w:p>
    <w:p w14:paraId="6F79365B" w14:textId="43C11E1C" w:rsidR="007721DD" w:rsidRDefault="00D95CA3">
      <w:pPr>
        <w:pStyle w:val="ListBullet"/>
      </w:pPr>
      <w:r>
        <w:t>Comprehensive whole-home renovation completed by licensed contractor</w:t>
      </w:r>
    </w:p>
    <w:p w14:paraId="18272AB6" w14:textId="77777777" w:rsidR="007721DD" w:rsidRDefault="00D95CA3">
      <w:pPr>
        <w:pStyle w:val="ListBullet"/>
      </w:pPr>
      <w:r>
        <w:t>Designer kitchen reconfigured with custom cabinetry, quartz countertops, oversized pantry storage, dedicated microwave cabinet, oversized undermount sink, and premium LG Black Stainless appliance package</w:t>
      </w:r>
    </w:p>
    <w:p w14:paraId="319E4017" w14:textId="77777777" w:rsidR="007721DD" w:rsidRDefault="00D95CA3">
      <w:pPr>
        <w:pStyle w:val="ListBullet"/>
      </w:pPr>
      <w:r>
        <w:t>Two fully renovated spa-inspired bathrooms with quartz countertops, custom tile showers, designer plumbing fixtures, and custom glass enclosures</w:t>
      </w:r>
    </w:p>
    <w:p w14:paraId="1F0D8022" w14:textId="32F0095C" w:rsidR="007721DD" w:rsidRDefault="00D95CA3">
      <w:pPr>
        <w:pStyle w:val="ListBullet"/>
      </w:pPr>
      <w:r>
        <w:t>Entire home professionally drywalled, hand-textured, and freshly painted</w:t>
      </w:r>
    </w:p>
    <w:p w14:paraId="63F960A8" w14:textId="77777777" w:rsidR="007721DD" w:rsidRDefault="00D95CA3">
      <w:pPr>
        <w:pStyle w:val="ListBullet"/>
      </w:pPr>
      <w:r>
        <w:t>Luxury Bel-Air Bora Bora waterproof SPC flooring installed throughout</w:t>
      </w:r>
    </w:p>
    <w:p w14:paraId="70FDF1BB" w14:textId="4EDAA047" w:rsidR="007721DD" w:rsidRDefault="00D95CA3">
      <w:pPr>
        <w:pStyle w:val="ListBullet"/>
      </w:pPr>
      <w:r>
        <w:t>Extensive electrical upgrades including recessed LED can lighting, designer light fixtures, additional kitchen switch locations, ceilings fans, all new outlets, GFCI outlets, switches, and cover plates</w:t>
      </w:r>
    </w:p>
    <w:p w14:paraId="592F97EE" w14:textId="77777777" w:rsidR="007721DD" w:rsidRDefault="00D95CA3">
      <w:pPr>
        <w:pStyle w:val="ListBullet"/>
      </w:pPr>
      <w:r>
        <w:t>Plumbing system updated throughout with new water supply lines, faucets, shower valves, toilets, and shut-off valves</w:t>
      </w:r>
    </w:p>
    <w:p w14:paraId="11E46F30" w14:textId="77777777" w:rsidR="007721DD" w:rsidRDefault="00D95CA3">
      <w:pPr>
        <w:pStyle w:val="ListBullet"/>
      </w:pPr>
      <w:r>
        <w:t>New 20-year composition shingle roof with all new flashing and roof vents</w:t>
      </w:r>
    </w:p>
    <w:p w14:paraId="038A433B" w14:textId="77777777" w:rsidR="007721DD" w:rsidRDefault="00D95CA3">
      <w:pPr>
        <w:pStyle w:val="ListBullet"/>
      </w:pPr>
      <w:r>
        <w:t>New siding installed where needed with Tyvek weather barrier installed behind all replaced siding</w:t>
      </w:r>
    </w:p>
    <w:p w14:paraId="6A41EA26" w14:textId="77777777" w:rsidR="007721DD" w:rsidRDefault="00D95CA3">
      <w:pPr>
        <w:pStyle w:val="ListBullet"/>
      </w:pPr>
      <w:r>
        <w:t>New insulation installed in all exposed wall and ceiling cavities during renovation</w:t>
      </w:r>
    </w:p>
    <w:p w14:paraId="7DC0AB16" w14:textId="09501B20" w:rsidR="007721DD" w:rsidRDefault="00D95CA3">
      <w:pPr>
        <w:pStyle w:val="ListBullet"/>
      </w:pPr>
      <w:r>
        <w:t>Existing dual-pane windows professionally reset, resealed, and reflashed with all new window screens. New windows in bathrooms.</w:t>
      </w:r>
    </w:p>
    <w:p w14:paraId="637071C9" w14:textId="77777777" w:rsidR="007721DD" w:rsidRDefault="00D95CA3">
      <w:pPr>
        <w:pStyle w:val="ListBullet"/>
      </w:pPr>
      <w:r>
        <w:t>Custom built-in hallway cabinetry, laundry room cabinetry, and custom closet organization systems in both bedrooms</w:t>
      </w:r>
    </w:p>
    <w:p w14:paraId="6BCA2387" w14:textId="77777777" w:rsidR="007721DD" w:rsidRDefault="00D95CA3">
      <w:pPr>
        <w:pStyle w:val="ListBullet"/>
      </w:pPr>
      <w:r>
        <w:t>Brand-new covered patio with new concrete patio slab, professionally landscaped front and side yards, updated irrigation, French drain, and outdoor lighting</w:t>
      </w:r>
    </w:p>
    <w:p w14:paraId="44C1E761" w14:textId="77777777" w:rsidR="007721DD" w:rsidRDefault="00D95CA3">
      <w:pPr>
        <w:pStyle w:val="ListBullet"/>
      </w:pPr>
      <w:r>
        <w:t>Smart home upgrades including Nest programmable thermostat, electronic keypad entry, and all new smoke and carbon monoxide detectors</w:t>
      </w:r>
    </w:p>
    <w:p w14:paraId="5DD65F76" w14:textId="77777777" w:rsidR="007721DD" w:rsidRDefault="00D95CA3">
      <w:pPr>
        <w:pStyle w:val="Heading2"/>
      </w:pPr>
      <w:r>
        <w:t>Designer Kitchen</w:t>
      </w:r>
    </w:p>
    <w:p w14:paraId="041908F0" w14:textId="77777777" w:rsidR="007721DD" w:rsidRDefault="00D95CA3">
      <w:pPr>
        <w:pStyle w:val="ListBullet"/>
      </w:pPr>
      <w:r>
        <w:t>Kitchen reconfigured for improved workflow and entertaining</w:t>
      </w:r>
    </w:p>
    <w:p w14:paraId="4F789536" w14:textId="77777777" w:rsidR="007721DD" w:rsidRDefault="00D95CA3">
      <w:pPr>
        <w:pStyle w:val="ListBullet"/>
      </w:pPr>
      <w:r>
        <w:t>Raised peninsula with quartz countertops</w:t>
      </w:r>
    </w:p>
    <w:p w14:paraId="60011108" w14:textId="77777777" w:rsidR="007721DD" w:rsidRDefault="00D95CA3">
      <w:pPr>
        <w:pStyle w:val="ListBullet"/>
      </w:pPr>
      <w:r>
        <w:t>Soft-close solid wood cabinetry</w:t>
      </w:r>
    </w:p>
    <w:p w14:paraId="23F746A3" w14:textId="77777777" w:rsidR="007721DD" w:rsidRDefault="00D95CA3">
      <w:pPr>
        <w:pStyle w:val="ListBullet"/>
      </w:pPr>
      <w:r>
        <w:t>Premium brushed nickel cabinet hardware</w:t>
      </w:r>
    </w:p>
    <w:p w14:paraId="605D8FD0" w14:textId="77777777" w:rsidR="007721DD" w:rsidRDefault="00D95CA3">
      <w:pPr>
        <w:pStyle w:val="ListBullet"/>
      </w:pPr>
      <w:r>
        <w:t>Two oversized pantry cabinets</w:t>
      </w:r>
    </w:p>
    <w:p w14:paraId="00630C09" w14:textId="77777777" w:rsidR="007721DD" w:rsidRDefault="00D95CA3">
      <w:pPr>
        <w:pStyle w:val="ListBullet"/>
      </w:pPr>
      <w:r>
        <w:t>Dedicated built-in microwave cabinet</w:t>
      </w:r>
    </w:p>
    <w:p w14:paraId="72D17734" w14:textId="77777777" w:rsidR="007721DD" w:rsidRDefault="00D95CA3">
      <w:pPr>
        <w:pStyle w:val="ListBullet"/>
      </w:pPr>
      <w:r>
        <w:t>Oversized ceramic undermount kitchen sink</w:t>
      </w:r>
    </w:p>
    <w:p w14:paraId="68D70019" w14:textId="77777777" w:rsidR="007721DD" w:rsidRDefault="00D95CA3">
      <w:pPr>
        <w:pStyle w:val="ListBullet"/>
      </w:pPr>
      <w:r>
        <w:t>New garbage disposal</w:t>
      </w:r>
    </w:p>
    <w:p w14:paraId="1B2BB133" w14:textId="77777777" w:rsidR="007721DD" w:rsidRDefault="00D95CA3">
      <w:pPr>
        <w:pStyle w:val="ListBullet"/>
      </w:pPr>
      <w:r>
        <w:t>Dedicated refrigerator water line for ice maker and filtered water</w:t>
      </w:r>
    </w:p>
    <w:p w14:paraId="7639BD80" w14:textId="77777777" w:rsidR="007721DD" w:rsidRDefault="00D95CA3">
      <w:pPr>
        <w:pStyle w:val="ListBullet"/>
      </w:pPr>
      <w:r>
        <w:t>LG Black Stainless appliance package including counter-depth French door refrigerator with internal water dispenser</w:t>
      </w:r>
    </w:p>
    <w:p w14:paraId="2027DEBF" w14:textId="77777777" w:rsidR="007721DD" w:rsidRDefault="00D95CA3">
      <w:pPr>
        <w:pStyle w:val="Heading2"/>
      </w:pPr>
      <w:r>
        <w:lastRenderedPageBreak/>
        <w:t>Spa-Inspired Bathrooms</w:t>
      </w:r>
    </w:p>
    <w:p w14:paraId="349919FB" w14:textId="77777777" w:rsidR="007721DD" w:rsidRDefault="00D95CA3">
      <w:pPr>
        <w:pStyle w:val="ListBullet"/>
      </w:pPr>
      <w:r>
        <w:t>Two fully renovated designer bathrooms</w:t>
      </w:r>
    </w:p>
    <w:p w14:paraId="70868ECB" w14:textId="77777777" w:rsidR="007721DD" w:rsidRDefault="00D95CA3">
      <w:pPr>
        <w:pStyle w:val="ListBullet"/>
      </w:pPr>
      <w:r>
        <w:t>Quartz countertops</w:t>
      </w:r>
    </w:p>
    <w:p w14:paraId="7520EF10" w14:textId="77777777" w:rsidR="007721DD" w:rsidRDefault="00D95CA3">
      <w:pPr>
        <w:pStyle w:val="ListBullet"/>
      </w:pPr>
      <w:r>
        <w:t>High-end plumbing fixtures and designer finishes</w:t>
      </w:r>
    </w:p>
    <w:p w14:paraId="0B80399E" w14:textId="77777777" w:rsidR="007721DD" w:rsidRDefault="00D95CA3">
      <w:pPr>
        <w:pStyle w:val="ListBullet"/>
      </w:pPr>
      <w:r>
        <w:t>Custom tile showers</w:t>
      </w:r>
    </w:p>
    <w:p w14:paraId="512F1F2A" w14:textId="77777777" w:rsidR="007721DD" w:rsidRDefault="00D95CA3">
      <w:pPr>
        <w:pStyle w:val="ListBullet"/>
      </w:pPr>
      <w:r>
        <w:t>Frameless glass enclosure in primary walk-in shower</w:t>
      </w:r>
    </w:p>
    <w:p w14:paraId="17CB7403" w14:textId="77777777" w:rsidR="007721DD" w:rsidRDefault="00D95CA3">
      <w:pPr>
        <w:pStyle w:val="ListBullet"/>
      </w:pPr>
      <w:r>
        <w:t>Custom glass shower enclosure in guest bathroom</w:t>
      </w:r>
    </w:p>
    <w:p w14:paraId="732E6430" w14:textId="77777777" w:rsidR="007721DD" w:rsidRDefault="00D95CA3">
      <w:pPr>
        <w:pStyle w:val="ListBullet"/>
      </w:pPr>
      <w:r>
        <w:t>New faucets and shower valves</w:t>
      </w:r>
    </w:p>
    <w:p w14:paraId="55C6821E" w14:textId="77777777" w:rsidR="007721DD" w:rsidRDefault="00D95CA3">
      <w:pPr>
        <w:pStyle w:val="ListBullet"/>
      </w:pPr>
      <w:r>
        <w:t>New toilets and shut-off valves</w:t>
      </w:r>
    </w:p>
    <w:p w14:paraId="3B7A9C54" w14:textId="77777777" w:rsidR="007721DD" w:rsidRDefault="00D95CA3">
      <w:pPr>
        <w:pStyle w:val="ListBullet"/>
      </w:pPr>
      <w:r>
        <w:t>New bathroom accessories</w:t>
      </w:r>
    </w:p>
    <w:p w14:paraId="569F3E46" w14:textId="77777777" w:rsidR="007721DD" w:rsidRDefault="00D95CA3">
      <w:pPr>
        <w:pStyle w:val="ListBullet"/>
      </w:pPr>
      <w:r>
        <w:t>New bathroom windows</w:t>
      </w:r>
    </w:p>
    <w:p w14:paraId="3624DB3F" w14:textId="77777777" w:rsidR="007721DD" w:rsidRDefault="00D95CA3">
      <w:pPr>
        <w:pStyle w:val="Heading2"/>
      </w:pPr>
      <w:r>
        <w:t>Interior Finishes</w:t>
      </w:r>
    </w:p>
    <w:p w14:paraId="3EFBD53B" w14:textId="77777777" w:rsidR="007721DD" w:rsidRDefault="00D95CA3">
      <w:pPr>
        <w:pStyle w:val="ListBullet"/>
      </w:pPr>
      <w:r>
        <w:t>Entire home re-drywalled</w:t>
      </w:r>
    </w:p>
    <w:p w14:paraId="5E300E00" w14:textId="77777777" w:rsidR="007721DD" w:rsidRDefault="00D95CA3">
      <w:pPr>
        <w:pStyle w:val="ListBullet"/>
      </w:pPr>
      <w:r>
        <w:t>Professionally hand-textured walls and ceilings</w:t>
      </w:r>
    </w:p>
    <w:p w14:paraId="74960078" w14:textId="77777777" w:rsidR="007721DD" w:rsidRDefault="00D95CA3">
      <w:pPr>
        <w:pStyle w:val="ListBullet"/>
      </w:pPr>
      <w:r>
        <w:t>Fresh interior paint throughout</w:t>
      </w:r>
    </w:p>
    <w:p w14:paraId="399D0011" w14:textId="77777777" w:rsidR="007721DD" w:rsidRDefault="00D95CA3">
      <w:pPr>
        <w:pStyle w:val="ListBullet"/>
      </w:pPr>
      <w:r>
        <w:t>Bel-Air Bora Bora 5 mm waterproof SPC flooring throughout</w:t>
      </w:r>
    </w:p>
    <w:p w14:paraId="57186B69" w14:textId="77777777" w:rsidR="007721DD" w:rsidRDefault="00D95CA3">
      <w:pPr>
        <w:pStyle w:val="ListBullet"/>
      </w:pPr>
      <w:r>
        <w:t>New baseboards and trim</w:t>
      </w:r>
    </w:p>
    <w:p w14:paraId="5EDD6FD0" w14:textId="77777777" w:rsidR="007721DD" w:rsidRDefault="00D95CA3">
      <w:pPr>
        <w:pStyle w:val="ListBullet"/>
      </w:pPr>
      <w:r>
        <w:t>Interior door openings reframed to accommodate standard-sized doors</w:t>
      </w:r>
    </w:p>
    <w:p w14:paraId="70176224" w14:textId="77777777" w:rsidR="007721DD" w:rsidRDefault="00D95CA3">
      <w:pPr>
        <w:pStyle w:val="ListBullet"/>
      </w:pPr>
      <w:r>
        <w:t>All new interior door handles and hinges</w:t>
      </w:r>
    </w:p>
    <w:p w14:paraId="4C1CE847" w14:textId="77777777" w:rsidR="007721DD" w:rsidRDefault="00D95CA3">
      <w:pPr>
        <w:pStyle w:val="ListBullet"/>
      </w:pPr>
      <w:r>
        <w:t>All new floor registers and wall vent covers</w:t>
      </w:r>
    </w:p>
    <w:p w14:paraId="0C07C689" w14:textId="77777777" w:rsidR="007721DD" w:rsidRDefault="00D95CA3">
      <w:pPr>
        <w:pStyle w:val="ListBullet"/>
      </w:pPr>
      <w:r>
        <w:t>Built-in hallway cabinetry</w:t>
      </w:r>
    </w:p>
    <w:p w14:paraId="215827F9" w14:textId="77777777" w:rsidR="007721DD" w:rsidRDefault="00D95CA3">
      <w:pPr>
        <w:pStyle w:val="ListBullet"/>
      </w:pPr>
      <w:r>
        <w:t>Custom-built laundry room cabinetry and storage</w:t>
      </w:r>
    </w:p>
    <w:p w14:paraId="4E0249C2" w14:textId="77777777" w:rsidR="007721DD" w:rsidRDefault="00D95CA3">
      <w:pPr>
        <w:pStyle w:val="ListBullet"/>
      </w:pPr>
      <w:r>
        <w:t>Custom closet organization systems in both bedrooms</w:t>
      </w:r>
    </w:p>
    <w:p w14:paraId="48D46A32" w14:textId="77777777" w:rsidR="007721DD" w:rsidRDefault="00D95CA3">
      <w:pPr>
        <w:pStyle w:val="ListBullet"/>
      </w:pPr>
      <w:r>
        <w:t>Mirrored closet doors</w:t>
      </w:r>
    </w:p>
    <w:p w14:paraId="17FAEE63" w14:textId="77777777" w:rsidR="007721DD" w:rsidRDefault="00D95CA3">
      <w:pPr>
        <w:pStyle w:val="ListBullet"/>
      </w:pPr>
      <w:r>
        <w:t>Faux wood 2-inch blinds</w:t>
      </w:r>
    </w:p>
    <w:p w14:paraId="109806DD" w14:textId="77777777" w:rsidR="007721DD" w:rsidRDefault="00D95CA3">
      <w:pPr>
        <w:pStyle w:val="ListBullet"/>
      </w:pPr>
      <w:r>
        <w:t>Custom Roman shades</w:t>
      </w:r>
    </w:p>
    <w:p w14:paraId="334BF6EC" w14:textId="77777777" w:rsidR="007721DD" w:rsidRDefault="00D95CA3">
      <w:pPr>
        <w:pStyle w:val="ListBullet"/>
      </w:pPr>
      <w:r>
        <w:t>Decorative curtain panels</w:t>
      </w:r>
    </w:p>
    <w:p w14:paraId="044C7CC7" w14:textId="77777777" w:rsidR="007721DD" w:rsidRDefault="00D95CA3">
      <w:pPr>
        <w:pStyle w:val="ListBullet"/>
      </w:pPr>
      <w:r>
        <w:t>Ceiling fans in living room and bedrooms</w:t>
      </w:r>
    </w:p>
    <w:p w14:paraId="055B84E3" w14:textId="77777777" w:rsidR="007721DD" w:rsidRDefault="00D95CA3">
      <w:pPr>
        <w:pStyle w:val="Heading2"/>
      </w:pPr>
      <w:r>
        <w:t>Building Envelope &amp; Structural Improvements</w:t>
      </w:r>
    </w:p>
    <w:p w14:paraId="23059A7C" w14:textId="77777777" w:rsidR="007721DD" w:rsidRDefault="00D95CA3">
      <w:pPr>
        <w:pStyle w:val="ListBullet"/>
      </w:pPr>
      <w:r>
        <w:t>New siding installed where needed</w:t>
      </w:r>
    </w:p>
    <w:p w14:paraId="29044C5B" w14:textId="77777777" w:rsidR="007721DD" w:rsidRDefault="00D95CA3">
      <w:pPr>
        <w:pStyle w:val="ListBullet"/>
      </w:pPr>
      <w:r>
        <w:t>Tyvek weather barrier installed behind all newly replaced siding</w:t>
      </w:r>
    </w:p>
    <w:p w14:paraId="24F21993" w14:textId="77777777" w:rsidR="007721DD" w:rsidRDefault="00D95CA3">
      <w:pPr>
        <w:pStyle w:val="ListBullet"/>
      </w:pPr>
      <w:r>
        <w:t>Fascia replaced where needed</w:t>
      </w:r>
    </w:p>
    <w:p w14:paraId="76CBE00F" w14:textId="77777777" w:rsidR="007721DD" w:rsidRDefault="00D95CA3">
      <w:pPr>
        <w:pStyle w:val="ListBullet"/>
      </w:pPr>
      <w:r>
        <w:t>New insulation installed in all exposed wall and ceiling cavities during renovation</w:t>
      </w:r>
    </w:p>
    <w:p w14:paraId="065FA07B" w14:textId="77777777" w:rsidR="007721DD" w:rsidRDefault="00D95CA3">
      <w:pPr>
        <w:pStyle w:val="ListBullet"/>
      </w:pPr>
      <w:r>
        <w:t>Additional perimeter block and flashing installed to improve water management</w:t>
      </w:r>
    </w:p>
    <w:p w14:paraId="1D9C3A12" w14:textId="77777777" w:rsidR="007721DD" w:rsidRDefault="00D95CA3">
      <w:pPr>
        <w:pStyle w:val="ListBullet"/>
      </w:pPr>
      <w:r>
        <w:t>Existing dual-pane windows professionally removed, reset, resealed and reflashed</w:t>
      </w:r>
    </w:p>
    <w:p w14:paraId="0D6C7E89" w14:textId="77777777" w:rsidR="007721DD" w:rsidRDefault="00D95CA3">
      <w:pPr>
        <w:pStyle w:val="ListBullet"/>
      </w:pPr>
      <w:r>
        <w:t>All new window screens</w:t>
      </w:r>
    </w:p>
    <w:p w14:paraId="163F17E0" w14:textId="77777777" w:rsidR="007721DD" w:rsidRDefault="00D95CA3">
      <w:pPr>
        <w:pStyle w:val="ListBullet"/>
      </w:pPr>
      <w:r>
        <w:t>New 20-year composition shingle roof</w:t>
      </w:r>
    </w:p>
    <w:p w14:paraId="0D83B881" w14:textId="77777777" w:rsidR="007721DD" w:rsidRDefault="00D95CA3">
      <w:pPr>
        <w:pStyle w:val="ListBullet"/>
      </w:pPr>
      <w:r>
        <w:t>All new roof flashing</w:t>
      </w:r>
    </w:p>
    <w:p w14:paraId="1149F552" w14:textId="77777777" w:rsidR="007721DD" w:rsidRDefault="00D95CA3">
      <w:pPr>
        <w:pStyle w:val="ListBullet"/>
      </w:pPr>
      <w:r>
        <w:t>New roof vents</w:t>
      </w:r>
    </w:p>
    <w:p w14:paraId="5D551711" w14:textId="77777777" w:rsidR="007721DD" w:rsidRDefault="00D95CA3">
      <w:pPr>
        <w:pStyle w:val="Heading2"/>
      </w:pPr>
      <w:r>
        <w:lastRenderedPageBreak/>
        <w:t>Plumbing, Electrical &amp; Safety</w:t>
      </w:r>
    </w:p>
    <w:p w14:paraId="2462BD92" w14:textId="77777777" w:rsidR="007721DD" w:rsidRDefault="00D95CA3">
      <w:pPr>
        <w:pStyle w:val="ListBullet"/>
      </w:pPr>
      <w:r>
        <w:t>Updated plumbing throughout</w:t>
      </w:r>
    </w:p>
    <w:p w14:paraId="7B0F4E12" w14:textId="77777777" w:rsidR="007721DD" w:rsidRDefault="00D95CA3">
      <w:pPr>
        <w:pStyle w:val="ListBullet"/>
      </w:pPr>
      <w:r>
        <w:t>New kitchen and bathroom water supply lines</w:t>
      </w:r>
    </w:p>
    <w:p w14:paraId="1533060C" w14:textId="77777777" w:rsidR="007721DD" w:rsidRDefault="00D95CA3">
      <w:pPr>
        <w:pStyle w:val="ListBullet"/>
      </w:pPr>
      <w:r>
        <w:t>Extensive electrical upgrades throughout</w:t>
      </w:r>
    </w:p>
    <w:p w14:paraId="617BB76D" w14:textId="77777777" w:rsidR="007721DD" w:rsidRDefault="00D95CA3">
      <w:pPr>
        <w:pStyle w:val="ListBullet"/>
      </w:pPr>
      <w:r>
        <w:t>Recessed LED lighting</w:t>
      </w:r>
    </w:p>
    <w:p w14:paraId="6238ABDC" w14:textId="77777777" w:rsidR="007721DD" w:rsidRDefault="00D95CA3">
      <w:pPr>
        <w:pStyle w:val="ListBullet"/>
      </w:pPr>
      <w:r>
        <w:t>Additional kitchen switch locations</w:t>
      </w:r>
    </w:p>
    <w:p w14:paraId="3325F9E7" w14:textId="77777777" w:rsidR="007721DD" w:rsidRDefault="00D95CA3">
      <w:pPr>
        <w:pStyle w:val="ListBullet"/>
      </w:pPr>
      <w:r>
        <w:t>Entry nook puck lighting</w:t>
      </w:r>
    </w:p>
    <w:p w14:paraId="52F0EABC" w14:textId="77777777" w:rsidR="007721DD" w:rsidRDefault="00D95CA3">
      <w:pPr>
        <w:pStyle w:val="ListBullet"/>
      </w:pPr>
      <w:r>
        <w:t>Updated lighting in kitchen, laundry and bathrooms</w:t>
      </w:r>
    </w:p>
    <w:p w14:paraId="7F6A03A3" w14:textId="77777777" w:rsidR="007721DD" w:rsidRDefault="00D95CA3">
      <w:pPr>
        <w:pStyle w:val="ListBullet"/>
      </w:pPr>
      <w:r>
        <w:t>All new outlets, switches and cover plates throughout</w:t>
      </w:r>
    </w:p>
    <w:p w14:paraId="211A8026" w14:textId="77777777" w:rsidR="007721DD" w:rsidRDefault="00D95CA3">
      <w:pPr>
        <w:pStyle w:val="ListBullet"/>
      </w:pPr>
      <w:r>
        <w:t>New GFCI outlets where required</w:t>
      </w:r>
    </w:p>
    <w:p w14:paraId="10B2F611" w14:textId="77777777" w:rsidR="007721DD" w:rsidRDefault="00D95CA3">
      <w:pPr>
        <w:pStyle w:val="ListBullet"/>
      </w:pPr>
      <w:r>
        <w:t>All new smoke detectors</w:t>
      </w:r>
    </w:p>
    <w:p w14:paraId="3C96AFDC" w14:textId="77777777" w:rsidR="007721DD" w:rsidRDefault="00D95CA3">
      <w:pPr>
        <w:pStyle w:val="ListBullet"/>
      </w:pPr>
      <w:r>
        <w:t>All new carbon monoxide detectors</w:t>
      </w:r>
    </w:p>
    <w:p w14:paraId="7BE561E9" w14:textId="77777777" w:rsidR="007721DD" w:rsidRDefault="00D95CA3">
      <w:pPr>
        <w:pStyle w:val="ListBullet"/>
      </w:pPr>
      <w:r>
        <w:t>Electronic keypad entry on front and garage doors</w:t>
      </w:r>
    </w:p>
    <w:p w14:paraId="29EA236E" w14:textId="77777777" w:rsidR="007721DD" w:rsidRDefault="00D95CA3">
      <w:pPr>
        <w:pStyle w:val="ListBullet"/>
      </w:pPr>
      <w:r>
        <w:t>Fire-rated garage-to-home access door</w:t>
      </w:r>
    </w:p>
    <w:p w14:paraId="165DE923" w14:textId="77777777" w:rsidR="007721DD" w:rsidRDefault="00D95CA3">
      <w:pPr>
        <w:pStyle w:val="Heading2"/>
      </w:pPr>
      <w:r>
        <w:t>Outdoor Living &amp; Curb Appeal</w:t>
      </w:r>
    </w:p>
    <w:p w14:paraId="2BC5A3B5" w14:textId="77777777" w:rsidR="007721DD" w:rsidRDefault="00D95CA3">
      <w:pPr>
        <w:pStyle w:val="ListBullet"/>
      </w:pPr>
      <w:r>
        <w:t>Brand-new covered patio</w:t>
      </w:r>
    </w:p>
    <w:p w14:paraId="58260EE0" w14:textId="77777777" w:rsidR="007721DD" w:rsidRDefault="00D95CA3">
      <w:pPr>
        <w:pStyle w:val="ListBullet"/>
      </w:pPr>
      <w:r>
        <w:t>Brand-new concrete patio slab</w:t>
      </w:r>
    </w:p>
    <w:p w14:paraId="47158316" w14:textId="77777777" w:rsidR="007721DD" w:rsidRDefault="00D95CA3">
      <w:pPr>
        <w:pStyle w:val="ListBullet"/>
      </w:pPr>
      <w:r>
        <w:t>White vinyl privacy fence</w:t>
      </w:r>
    </w:p>
    <w:p w14:paraId="1F52C96C" w14:textId="77777777" w:rsidR="007721DD" w:rsidRDefault="00D95CA3">
      <w:pPr>
        <w:pStyle w:val="ListBullet"/>
      </w:pPr>
      <w:r>
        <w:t>Flagstone walkway</w:t>
      </w:r>
    </w:p>
    <w:p w14:paraId="4605F353" w14:textId="77777777" w:rsidR="007721DD" w:rsidRDefault="00D95CA3">
      <w:pPr>
        <w:pStyle w:val="ListBullet"/>
      </w:pPr>
      <w:r>
        <w:t>Professionally landscaped front and side yards</w:t>
      </w:r>
    </w:p>
    <w:p w14:paraId="6D548EBE" w14:textId="77777777" w:rsidR="007721DD" w:rsidRDefault="00D95CA3">
      <w:pPr>
        <w:pStyle w:val="ListBullet"/>
      </w:pPr>
      <w:r>
        <w:t>French drain installed from backyard to street</w:t>
      </w:r>
    </w:p>
    <w:p w14:paraId="5FF4F5D3" w14:textId="77777777" w:rsidR="007721DD" w:rsidRDefault="00D95CA3">
      <w:pPr>
        <w:pStyle w:val="ListBullet"/>
      </w:pPr>
      <w:r>
        <w:t>Updated irrigation system and controller</w:t>
      </w:r>
    </w:p>
    <w:p w14:paraId="53878195" w14:textId="77777777" w:rsidR="007721DD" w:rsidRDefault="00D95CA3">
      <w:pPr>
        <w:pStyle w:val="ListBullet"/>
      </w:pPr>
      <w:r>
        <w:t>Motion sensor backyard lighting</w:t>
      </w:r>
    </w:p>
    <w:p w14:paraId="10831A7B" w14:textId="77777777" w:rsidR="007721DD" w:rsidRDefault="00D95CA3">
      <w:pPr>
        <w:pStyle w:val="ListBullet"/>
      </w:pPr>
      <w:r>
        <w:t>Three new exterior porch lights</w:t>
      </w:r>
    </w:p>
    <w:p w14:paraId="109BA300" w14:textId="77777777" w:rsidR="007721DD" w:rsidRDefault="00D95CA3">
      <w:pPr>
        <w:pStyle w:val="ListBullet"/>
      </w:pPr>
      <w:r>
        <w:t>Edison string lights over covered patio</w:t>
      </w:r>
    </w:p>
    <w:p w14:paraId="3DC8E0F6" w14:textId="77777777" w:rsidR="007721DD" w:rsidRDefault="00D95CA3">
      <w:pPr>
        <w:pStyle w:val="ListBullet"/>
      </w:pPr>
      <w:r>
        <w:t>Fresh HOA-approved exterior paint</w:t>
      </w:r>
    </w:p>
    <w:p w14:paraId="5E6B0C6A" w14:textId="77777777" w:rsidR="007721DD" w:rsidRDefault="00D95CA3">
      <w:pPr>
        <w:pStyle w:val="ListBullet"/>
      </w:pPr>
      <w:r>
        <w:t>Decorative mailbox</w:t>
      </w:r>
    </w:p>
    <w:p w14:paraId="4BC8308C" w14:textId="77777777" w:rsidR="007721DD" w:rsidRDefault="00D95CA3">
      <w:pPr>
        <w:pStyle w:val="ListBullet"/>
      </w:pPr>
      <w:r>
        <w:t>New address numbers</w:t>
      </w:r>
    </w:p>
    <w:p w14:paraId="59FB563B" w14:textId="77777777" w:rsidR="007721DD" w:rsidRDefault="00D95CA3">
      <w:pPr>
        <w:pStyle w:val="Heading2"/>
      </w:pPr>
      <w:r>
        <w:t>Smart Home &amp; Permits</w:t>
      </w:r>
    </w:p>
    <w:p w14:paraId="1A27FA71" w14:textId="77777777" w:rsidR="007721DD" w:rsidRDefault="00D95CA3">
      <w:pPr>
        <w:pStyle w:val="ListBullet"/>
      </w:pPr>
      <w:r>
        <w:t>Nest Wi-Fi programmable thermostat</w:t>
      </w:r>
    </w:p>
    <w:p w14:paraId="0ABF6ED6" w14:textId="77777777" w:rsidR="007721DD" w:rsidRDefault="00D95CA3">
      <w:pPr>
        <w:pStyle w:val="ListBullet"/>
      </w:pPr>
      <w:r>
        <w:t>California HCD Permit #13880486</w:t>
      </w:r>
    </w:p>
    <w:p w14:paraId="6D0BBA8B" w14:textId="77777777" w:rsidR="007721DD" w:rsidRDefault="00D95CA3">
      <w:pPr>
        <w:pStyle w:val="ListBullet"/>
      </w:pPr>
      <w:r>
        <w:t>City of Paso Robles Building Permit #B26-0143</w:t>
      </w:r>
    </w:p>
    <w:p w14:paraId="473EB7F4" w14:textId="0185B638" w:rsidR="00580A73" w:rsidRDefault="00580A73">
      <w:pPr>
        <w:pStyle w:val="ListBullet"/>
      </w:pPr>
      <w:r>
        <w:t xml:space="preserve">Contractor License </w:t>
      </w:r>
      <w:r w:rsidRPr="00580A73">
        <w:t>1102967</w:t>
      </w:r>
    </w:p>
    <w:p w14:paraId="7600462D" w14:textId="77777777" w:rsidR="007721DD" w:rsidRDefault="007721DD"/>
    <w:p w14:paraId="03912AE8" w14:textId="539509A9" w:rsidR="007721DD" w:rsidRDefault="007721DD"/>
    <w:sectPr w:rsidR="007721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402319">
    <w:abstractNumId w:val="8"/>
  </w:num>
  <w:num w:numId="2" w16cid:durableId="1369716854">
    <w:abstractNumId w:val="6"/>
  </w:num>
  <w:num w:numId="3" w16cid:durableId="1426731159">
    <w:abstractNumId w:val="5"/>
  </w:num>
  <w:num w:numId="4" w16cid:durableId="898445561">
    <w:abstractNumId w:val="4"/>
  </w:num>
  <w:num w:numId="5" w16cid:durableId="519511051">
    <w:abstractNumId w:val="7"/>
  </w:num>
  <w:num w:numId="6" w16cid:durableId="590116757">
    <w:abstractNumId w:val="3"/>
  </w:num>
  <w:num w:numId="7" w16cid:durableId="1793667602">
    <w:abstractNumId w:val="2"/>
  </w:num>
  <w:num w:numId="8" w16cid:durableId="1084643901">
    <w:abstractNumId w:val="1"/>
  </w:num>
  <w:num w:numId="9" w16cid:durableId="141539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0A73"/>
    <w:rsid w:val="007721DD"/>
    <w:rsid w:val="00AA1D8D"/>
    <w:rsid w:val="00B47730"/>
    <w:rsid w:val="00CB0664"/>
    <w:rsid w:val="00D95CA3"/>
    <w:rsid w:val="00DB4B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6036E5"/>
  <w14:defaultImageDpi w14:val="300"/>
  <w15:docId w15:val="{EF1BF2FA-8BC1-4C56-995B-EC392AED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Pauline Knowles</cp:lastModifiedBy>
  <cp:revision>3</cp:revision>
  <dcterms:created xsi:type="dcterms:W3CDTF">2026-06-25T21:53:00Z</dcterms:created>
  <dcterms:modified xsi:type="dcterms:W3CDTF">2026-06-25T22:24:00Z</dcterms:modified>
  <cp:category/>
</cp:coreProperties>
</file>