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F0840" w14:textId="77777777" w:rsidR="00EB6360" w:rsidRDefault="004512FB">
      <w:pPr>
        <w:jc w:val="center"/>
      </w:pPr>
      <w:r>
        <w:rPr>
          <w:b/>
          <w:sz w:val="28"/>
        </w:rPr>
        <w:t>R</w:t>
      </w:r>
      <w:r w:rsidR="00651952">
        <w:rPr>
          <w:b/>
          <w:sz w:val="28"/>
        </w:rPr>
        <w:t>EPAIRS COMPLETED AND NEW ITEMS INSTALLED O</w:t>
      </w:r>
      <w:r>
        <w:rPr>
          <w:b/>
          <w:sz w:val="28"/>
        </w:rPr>
        <w:t>N MARCH 2024</w:t>
      </w:r>
    </w:p>
    <w:p w14:paraId="719C6B4B" w14:textId="77777777" w:rsidR="00EB6360" w:rsidRDefault="004512FB">
      <w:bookmarkStart w:id="0" w:name="_GoBack"/>
      <w:bookmarkEnd w:id="0"/>
      <w:r>
        <w:rPr>
          <w:b/>
          <w:sz w:val="24"/>
        </w:rPr>
        <w:t>Bathrooms</w:t>
      </w:r>
    </w:p>
    <w:p w14:paraId="18CD199B" w14:textId="77777777" w:rsidR="00EB6360" w:rsidRDefault="004512FB">
      <w:pPr>
        <w:pStyle w:val="ListBullet"/>
      </w:pPr>
      <w:r>
        <w:t>Both toilets, including their respective hoses.</w:t>
      </w:r>
    </w:p>
    <w:p w14:paraId="0F5BFE71" w14:textId="77777777" w:rsidR="00EB6360" w:rsidRDefault="004512FB">
      <w:pPr>
        <w:pStyle w:val="ListBullet"/>
      </w:pPr>
      <w:r>
        <w:t>Both bathroom exhaust fans.</w:t>
      </w:r>
    </w:p>
    <w:p w14:paraId="573CF231" w14:textId="77777777" w:rsidR="00EB6360" w:rsidRDefault="004512FB">
      <w:pPr>
        <w:pStyle w:val="ListBullet"/>
      </w:pPr>
      <w:r>
        <w:t xml:space="preserve">The primary </w:t>
      </w:r>
      <w:r>
        <w:t>bathroom has new sinks and new flooring.</w:t>
      </w:r>
    </w:p>
    <w:p w14:paraId="58242408" w14:textId="77777777" w:rsidR="00EB6360" w:rsidRDefault="004512FB">
      <w:r>
        <w:rPr>
          <w:b/>
          <w:sz w:val="24"/>
        </w:rPr>
        <w:t>Windows and Doors</w:t>
      </w:r>
    </w:p>
    <w:p w14:paraId="7D8725C3" w14:textId="77777777" w:rsidR="00EB6360" w:rsidRDefault="004512FB">
      <w:pPr>
        <w:pStyle w:val="ListBullet"/>
      </w:pPr>
      <w:r>
        <w:t>Windows in both bedrooms.</w:t>
      </w:r>
    </w:p>
    <w:p w14:paraId="44C0A865" w14:textId="77777777" w:rsidR="00EB6360" w:rsidRDefault="004512FB">
      <w:pPr>
        <w:pStyle w:val="ListBullet"/>
      </w:pPr>
      <w:r>
        <w:t>Living room window.</w:t>
      </w:r>
    </w:p>
    <w:p w14:paraId="2E08FC97" w14:textId="77777777" w:rsidR="00EB6360" w:rsidRDefault="004512FB">
      <w:pPr>
        <w:pStyle w:val="ListBullet"/>
      </w:pPr>
      <w:r>
        <w:t>Kitchen window.</w:t>
      </w:r>
    </w:p>
    <w:p w14:paraId="29CEF4CA" w14:textId="77777777" w:rsidR="00EB6360" w:rsidRDefault="004512FB">
      <w:pPr>
        <w:pStyle w:val="ListBullet"/>
      </w:pPr>
      <w:r>
        <w:t>Primary bedroom door.</w:t>
      </w:r>
    </w:p>
    <w:p w14:paraId="0391AB40" w14:textId="77777777" w:rsidR="00EB6360" w:rsidRDefault="004512FB">
      <w:pPr>
        <w:pStyle w:val="ListBullet"/>
      </w:pPr>
      <w:r>
        <w:t>Sliding door to the patio/terrace.</w:t>
      </w:r>
    </w:p>
    <w:p w14:paraId="06635CC4" w14:textId="77777777" w:rsidR="00EB6360" w:rsidRDefault="004512FB">
      <w:r>
        <w:rPr>
          <w:b/>
          <w:sz w:val="24"/>
        </w:rPr>
        <w:t>Light Fixtures</w:t>
      </w:r>
    </w:p>
    <w:p w14:paraId="2CEA8C9E" w14:textId="77777777" w:rsidR="00EB6360" w:rsidRDefault="004512FB">
      <w:pPr>
        <w:pStyle w:val="ListBullet"/>
      </w:pPr>
      <w:r>
        <w:t>New electrical connection for the living room light fixture.</w:t>
      </w:r>
    </w:p>
    <w:p w14:paraId="3D2152D4" w14:textId="77777777" w:rsidR="00EB6360" w:rsidRDefault="004512FB">
      <w:pPr>
        <w:pStyle w:val="ListBullet"/>
      </w:pPr>
      <w:r>
        <w:t>Ne</w:t>
      </w:r>
      <w:r>
        <w:t>w dining room light fixture.</w:t>
      </w:r>
    </w:p>
    <w:p w14:paraId="42736928" w14:textId="77777777" w:rsidR="00EB6360" w:rsidRDefault="004512FB">
      <w:r>
        <w:rPr>
          <w:b/>
          <w:sz w:val="24"/>
        </w:rPr>
        <w:t>Kitchen</w:t>
      </w:r>
    </w:p>
    <w:p w14:paraId="6095EAB6" w14:textId="77777777" w:rsidR="00EB6360" w:rsidRDefault="004512FB">
      <w:pPr>
        <w:pStyle w:val="ListBullet"/>
      </w:pPr>
      <w:r>
        <w:t>Refrigerator.</w:t>
      </w:r>
    </w:p>
    <w:p w14:paraId="725A3762" w14:textId="77777777" w:rsidR="00EB6360" w:rsidRDefault="004512FB">
      <w:pPr>
        <w:pStyle w:val="ListBullet"/>
      </w:pPr>
      <w:r>
        <w:t>Dishwasher.</w:t>
      </w:r>
    </w:p>
    <w:p w14:paraId="0A0BA0B1" w14:textId="77777777" w:rsidR="00EB6360" w:rsidRDefault="004512FB">
      <w:pPr>
        <w:pStyle w:val="ListBullet"/>
      </w:pPr>
      <w:r>
        <w:t>Microwave.</w:t>
      </w:r>
    </w:p>
    <w:p w14:paraId="7B2063F7" w14:textId="77777777" w:rsidR="00EB6360" w:rsidRDefault="004512FB">
      <w:pPr>
        <w:pStyle w:val="ListBullet"/>
      </w:pPr>
      <w:r>
        <w:t>New paint and new handles for the kitchen cabinetry.</w:t>
      </w:r>
    </w:p>
    <w:p w14:paraId="24A7E761" w14:textId="77777777" w:rsidR="00EB6360" w:rsidRDefault="004512FB">
      <w:pPr>
        <w:pStyle w:val="ListBullet"/>
      </w:pPr>
      <w:r>
        <w:t>Countertop recently repaired.</w:t>
      </w:r>
    </w:p>
    <w:p w14:paraId="58643666" w14:textId="77777777" w:rsidR="00EB6360" w:rsidRDefault="004512FB">
      <w:pPr>
        <w:pStyle w:val="ListBullet"/>
      </w:pPr>
      <w:r>
        <w:t>Deep cleaning of the fireplace.</w:t>
      </w:r>
    </w:p>
    <w:p w14:paraId="1787CFCF" w14:textId="77777777" w:rsidR="00EB6360" w:rsidRDefault="004512FB">
      <w:pPr>
        <w:pStyle w:val="ListBullet"/>
      </w:pPr>
      <w:r>
        <w:t>New sink hoses.</w:t>
      </w:r>
    </w:p>
    <w:p w14:paraId="503BE920" w14:textId="77777777" w:rsidR="00EB6360" w:rsidRDefault="004512FB">
      <w:r>
        <w:rPr>
          <w:b/>
          <w:sz w:val="24"/>
        </w:rPr>
        <w:t>Flooring</w:t>
      </w:r>
    </w:p>
    <w:p w14:paraId="256B61EB" w14:textId="77777777" w:rsidR="00EB6360" w:rsidRDefault="004512FB">
      <w:pPr>
        <w:pStyle w:val="ListBullet"/>
      </w:pPr>
      <w:r>
        <w:t>Primary bathroom flooring.</w:t>
      </w:r>
    </w:p>
    <w:p w14:paraId="2398406D" w14:textId="77777777" w:rsidR="00EB6360" w:rsidRDefault="004512FB">
      <w:pPr>
        <w:pStyle w:val="ListBullet"/>
      </w:pPr>
      <w:r>
        <w:t>Living room/din</w:t>
      </w:r>
      <w:r>
        <w:t>ing room flooring.</w:t>
      </w:r>
    </w:p>
    <w:p w14:paraId="22EC5716" w14:textId="77777777" w:rsidR="00EB6360" w:rsidRDefault="004512FB">
      <w:r>
        <w:rPr>
          <w:b/>
          <w:sz w:val="24"/>
        </w:rPr>
        <w:t>Patio / Terrace</w:t>
      </w:r>
    </w:p>
    <w:p w14:paraId="5FD5B763" w14:textId="77777777" w:rsidR="00EB6360" w:rsidRDefault="004512FB">
      <w:pPr>
        <w:pStyle w:val="ListBullet"/>
      </w:pPr>
      <w:r>
        <w:t>Patio painted and artificial grass-style covering installed.</w:t>
      </w:r>
    </w:p>
    <w:p w14:paraId="24E94D59" w14:textId="77777777" w:rsidR="00EB6360" w:rsidRDefault="004512FB">
      <w:pPr>
        <w:pStyle w:val="ListBullet"/>
      </w:pPr>
      <w:r>
        <w:t>General painting.</w:t>
      </w:r>
    </w:p>
    <w:sectPr w:rsidR="00EB63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12FB"/>
    <w:rsid w:val="00651952"/>
    <w:rsid w:val="00AA1D8D"/>
    <w:rsid w:val="00B47730"/>
    <w:rsid w:val="00CB0664"/>
    <w:rsid w:val="00EB63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53976"/>
  <w14:defaultImageDpi w14:val="300"/>
  <w15:docId w15:val="{A44C49A6-A4C3-45C2-9486-9755F657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53DB61-01EA-45BA-A41D-24679B9E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concepcion valladolid</cp:lastModifiedBy>
  <cp:revision>2</cp:revision>
  <dcterms:created xsi:type="dcterms:W3CDTF">2026-08-13T04:26:00Z</dcterms:created>
  <dcterms:modified xsi:type="dcterms:W3CDTF">2026-08-13T04:26:00Z</dcterms:modified>
  <cp:category/>
</cp:coreProperties>
</file>